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DF4" w:rsidRPr="00B50FED" w:rsidRDefault="00D74E71" w:rsidP="00B50FED">
      <w:r w:rsidRPr="00B50FED">
        <w:t>This application form is to be completed by the recommending teacher to nominate a student for a SkillsUSA Letter. The SkillsUSA Lettering Program recognizes students who demonstrate outstanding commitment, leadership, service, and achievement within their Career and Technical Education (CTE) program and SkillsUSA chapter.</w:t>
      </w:r>
    </w:p>
    <w:p w:rsidR="009D0DF4" w:rsidRPr="00B50FED" w:rsidRDefault="00D74E71" w:rsidP="00B50FED">
      <w:pPr>
        <w:pStyle w:val="Heading2"/>
      </w:pPr>
      <w:r w:rsidRPr="00B50FED">
        <w:t>Student Information</w:t>
      </w:r>
    </w:p>
    <w:p w:rsidR="00B60F2A" w:rsidRPr="00B50FED" w:rsidRDefault="00B60F2A" w:rsidP="00B50FED">
      <w:r w:rsidRPr="00B50FED">
        <w:rPr>
          <w:rStyle w:val="Strong"/>
        </w:rPr>
        <w:t>Student Name:</w:t>
      </w:r>
      <w:r w:rsidRPr="00B50FED">
        <w:t xml:space="preserve"> ___________________________________________________________</w:t>
      </w:r>
      <w:r w:rsidRPr="00B50FED">
        <w:t> </w:t>
      </w:r>
      <w:r w:rsidRPr="00B50FED">
        <w:t> </w:t>
      </w:r>
    </w:p>
    <w:p w:rsidR="00B60F2A" w:rsidRPr="00B50FED" w:rsidRDefault="00B60F2A" w:rsidP="00B50FED">
      <w:pPr>
        <w:rPr>
          <w:rStyle w:val="Strong"/>
        </w:rPr>
      </w:pPr>
      <w:r w:rsidRPr="00B50FED">
        <w:rPr>
          <w:rStyle w:val="Strong"/>
        </w:rPr>
        <w:t>CTE Program / Pathway Name:</w:t>
      </w:r>
      <w:r w:rsidRPr="00B50FED">
        <w:t xml:space="preserve"> _____________________________</w:t>
      </w:r>
      <w:r w:rsidR="008C2241">
        <w:t>__</w:t>
      </w:r>
      <w:r w:rsidRPr="00B50FED">
        <w:t>_______________</w:t>
      </w:r>
    </w:p>
    <w:p w:rsidR="0017351A" w:rsidRPr="0017351A" w:rsidRDefault="0017351A" w:rsidP="00B50FED">
      <w:pPr>
        <w:rPr>
          <w:rStyle w:val="Strong"/>
          <w:b w:val="0"/>
          <w:bCs w:val="0"/>
        </w:rPr>
      </w:pPr>
      <w:r>
        <w:rPr>
          <w:rStyle w:val="Strong"/>
        </w:rPr>
        <w:t>Sending School</w:t>
      </w:r>
      <w:r w:rsidRPr="00B50FED">
        <w:rPr>
          <w:rStyle w:val="Strong"/>
        </w:rPr>
        <w:t>:</w:t>
      </w:r>
      <w:r w:rsidRPr="00B50FED">
        <w:t xml:space="preserve"> _________</w:t>
      </w:r>
      <w:r>
        <w:t>__</w:t>
      </w:r>
      <w:r w:rsidRPr="00B50FED">
        <w:t>__</w:t>
      </w:r>
      <w:r>
        <w:t>___________</w:t>
      </w:r>
      <w:r w:rsidRPr="00B50FED">
        <w:t>______</w:t>
      </w:r>
      <w:r w:rsidRPr="00B50FED">
        <w:t> </w:t>
      </w:r>
      <w:r>
        <w:rPr>
          <w:rStyle w:val="Strong"/>
        </w:rPr>
        <w:t>Session</w:t>
      </w:r>
      <w:r w:rsidRPr="00B50FED">
        <w:rPr>
          <w:rStyle w:val="Strong"/>
        </w:rPr>
        <w:t>:</w:t>
      </w:r>
      <w:r w:rsidRPr="00B50FED">
        <w:t xml:space="preserve"> </w:t>
      </w:r>
      <w:r>
        <w:t xml:space="preserve"> </w:t>
      </w:r>
      <w:r w:rsidRPr="00B50FED">
        <w:t xml:space="preserve"> </w:t>
      </w:r>
      <w:sdt>
        <w:sdtPr>
          <w:rPr>
            <w:sz w:val="28"/>
          </w:rPr>
          <w:id w:val="859009919"/>
          <w14:checkbox>
            <w14:checked w14:val="0"/>
            <w14:checkedState w14:val="2612" w14:font="MS Gothic"/>
            <w14:uncheckedState w14:val="2610" w14:font="MS Gothic"/>
          </w14:checkbox>
        </w:sdtPr>
        <w:sdtContent>
          <w:r>
            <w:rPr>
              <w:rFonts w:ascii="MS Gothic" w:eastAsia="MS Gothic" w:hAnsi="MS Gothic" w:hint="eastAsia"/>
              <w:sz w:val="28"/>
            </w:rPr>
            <w:t>☐</w:t>
          </w:r>
        </w:sdtContent>
      </w:sdt>
      <w:r w:rsidRPr="00B50FED">
        <w:t xml:space="preserve">   </w:t>
      </w:r>
      <w:r>
        <w:t>AM</w:t>
      </w:r>
      <w:r w:rsidRPr="00B50FED">
        <w:t xml:space="preserve">            </w:t>
      </w:r>
      <w:sdt>
        <w:sdtPr>
          <w:rPr>
            <w:sz w:val="28"/>
          </w:rPr>
          <w:id w:val="481438284"/>
          <w14:checkbox>
            <w14:checked w14:val="0"/>
            <w14:checkedState w14:val="2612" w14:font="MS Gothic"/>
            <w14:uncheckedState w14:val="2610" w14:font="MS Gothic"/>
          </w14:checkbox>
        </w:sdtPr>
        <w:sdtContent>
          <w:r w:rsidRPr="004D6B2C">
            <w:rPr>
              <w:rFonts w:ascii="MS Gothic" w:eastAsia="MS Gothic" w:hAnsi="MS Gothic" w:hint="eastAsia"/>
              <w:sz w:val="28"/>
            </w:rPr>
            <w:t>☐</w:t>
          </w:r>
        </w:sdtContent>
      </w:sdt>
      <w:r w:rsidRPr="00B50FED">
        <w:t xml:space="preserve">   </w:t>
      </w:r>
      <w:r>
        <w:t>PM</w:t>
      </w:r>
      <w:r w:rsidRPr="00B50FED">
        <w:tab/>
      </w:r>
    </w:p>
    <w:p w:rsidR="00B60F2A" w:rsidRPr="00B50FED" w:rsidRDefault="00B60F2A" w:rsidP="00B50FED">
      <w:r w:rsidRPr="00B50FED">
        <w:rPr>
          <w:rStyle w:val="Strong"/>
        </w:rPr>
        <w:t>Grade Level:</w:t>
      </w:r>
      <w:r w:rsidRPr="00B50FED">
        <w:t xml:space="preserve"> _________</w:t>
      </w:r>
      <w:r w:rsidR="008C2241">
        <w:t>__</w:t>
      </w:r>
      <w:r w:rsidRPr="00B50FED">
        <w:t>________</w:t>
      </w:r>
      <w:r w:rsidRPr="00B50FED">
        <w:t> </w:t>
      </w:r>
      <w:r w:rsidRPr="00B50FED">
        <w:t> </w:t>
      </w:r>
      <w:r w:rsidRPr="00B50FED">
        <w:rPr>
          <w:rStyle w:val="Strong"/>
        </w:rPr>
        <w:t>Years of SkillsUSA Participation:</w:t>
      </w:r>
      <w:r w:rsidRPr="00B50FED">
        <w:t xml:space="preserve"> ______</w:t>
      </w:r>
      <w:r w:rsidR="008C2241">
        <w:t>_</w:t>
      </w:r>
      <w:r w:rsidRPr="00B50FED">
        <w:t>____</w:t>
      </w:r>
    </w:p>
    <w:p w:rsidR="00B50FED" w:rsidRPr="00B50FED" w:rsidRDefault="00B50FED" w:rsidP="00B50FED">
      <w:r w:rsidRPr="008C2241">
        <w:rPr>
          <w:b/>
        </w:rPr>
        <w:t>Dues-paying SkillsUSA member:</w:t>
      </w:r>
      <w:r w:rsidRPr="00B50FED">
        <w:t xml:space="preserve"> </w:t>
      </w:r>
      <w:r w:rsidRPr="00B50FED">
        <w:tab/>
      </w:r>
      <w:r w:rsidRPr="00B50FED">
        <w:tab/>
      </w:r>
      <w:r w:rsidRPr="00B50FED">
        <w:tab/>
      </w:r>
      <w:r w:rsidRPr="00B50FED">
        <w:tab/>
      </w:r>
      <w:r w:rsidR="004D6B2C">
        <w:t xml:space="preserve">          </w:t>
      </w:r>
      <w:r w:rsidRPr="00B50FED">
        <w:t xml:space="preserve">  </w:t>
      </w:r>
      <w:sdt>
        <w:sdtPr>
          <w:rPr>
            <w:sz w:val="28"/>
          </w:rPr>
          <w:id w:val="-917787218"/>
          <w14:checkbox>
            <w14:checked w14:val="0"/>
            <w14:checkedState w14:val="2612" w14:font="MS Gothic"/>
            <w14:uncheckedState w14:val="2610" w14:font="MS Gothic"/>
          </w14:checkbox>
        </w:sdtPr>
        <w:sdtEndPr/>
        <w:sdtContent>
          <w:r w:rsidR="004D6B2C" w:rsidRPr="004D6B2C">
            <w:rPr>
              <w:rFonts w:ascii="MS Gothic" w:eastAsia="MS Gothic" w:hAnsi="MS Gothic" w:hint="eastAsia"/>
              <w:sz w:val="28"/>
            </w:rPr>
            <w:t>☐</w:t>
          </w:r>
        </w:sdtContent>
      </w:sdt>
      <w:r w:rsidRPr="00B50FED">
        <w:t xml:space="preserve">   Yes            </w:t>
      </w:r>
      <w:sdt>
        <w:sdtPr>
          <w:rPr>
            <w:sz w:val="28"/>
          </w:rPr>
          <w:id w:val="1940172713"/>
          <w14:checkbox>
            <w14:checked w14:val="0"/>
            <w14:checkedState w14:val="2612" w14:font="MS Gothic"/>
            <w14:uncheckedState w14:val="2610" w14:font="MS Gothic"/>
          </w14:checkbox>
        </w:sdtPr>
        <w:sdtEndPr/>
        <w:sdtContent>
          <w:r w:rsidR="004D6B2C" w:rsidRPr="004D6B2C">
            <w:rPr>
              <w:rFonts w:ascii="MS Gothic" w:eastAsia="MS Gothic" w:hAnsi="MS Gothic" w:hint="eastAsia"/>
              <w:sz w:val="28"/>
            </w:rPr>
            <w:t>☐</w:t>
          </w:r>
        </w:sdtContent>
      </w:sdt>
      <w:r w:rsidR="004D6B2C" w:rsidRPr="00B50FED">
        <w:t xml:space="preserve">   </w:t>
      </w:r>
      <w:r w:rsidRPr="00B50FED">
        <w:t>No</w:t>
      </w:r>
      <w:r w:rsidRPr="00B50FED">
        <w:tab/>
      </w:r>
    </w:p>
    <w:p w:rsidR="009D0DF4" w:rsidRPr="00B50FED" w:rsidRDefault="00D74E71" w:rsidP="00B50FED">
      <w:pPr>
        <w:pStyle w:val="Heading2"/>
      </w:pPr>
      <w:r w:rsidRPr="00B50FED">
        <w:t>Teacher Recommendation</w:t>
      </w:r>
    </w:p>
    <w:p w:rsidR="009D0DF4" w:rsidRPr="00B50FED" w:rsidRDefault="00D74E71" w:rsidP="00B50FED">
      <w:r w:rsidRPr="00B50FED">
        <w:t>Teacher’s Statement</w:t>
      </w:r>
      <w:r w:rsidR="0017351A">
        <w:t xml:space="preserve"> (write in space below or attach as separate document)</w:t>
      </w:r>
    </w:p>
    <w:p w:rsidR="00BD7A6C" w:rsidRPr="00B50FED" w:rsidRDefault="00D74E71" w:rsidP="00B50FED">
      <w:r w:rsidRPr="00B50FED">
        <w:br/>
      </w:r>
      <w:r w:rsidRPr="00B50FED">
        <w:br/>
      </w:r>
      <w:r w:rsidRPr="00B50FED">
        <w:br/>
      </w:r>
    </w:p>
    <w:p w:rsidR="00BD7A6C" w:rsidRPr="00B50FED" w:rsidRDefault="00BD7A6C" w:rsidP="00B50FED"/>
    <w:p w:rsidR="00B60F2A" w:rsidRPr="00B50FED" w:rsidRDefault="00B60F2A" w:rsidP="00B50FED"/>
    <w:p w:rsidR="00BD7A6C" w:rsidRPr="00B50FED" w:rsidRDefault="00BD7A6C" w:rsidP="00B50FED"/>
    <w:p w:rsidR="00BD7A6C" w:rsidRPr="00B50FED" w:rsidRDefault="00BD7A6C" w:rsidP="00B50FED"/>
    <w:p w:rsidR="00BD7A6C" w:rsidRDefault="00BD7A6C" w:rsidP="00B50FED"/>
    <w:p w:rsidR="008C2241" w:rsidRPr="00B50FED" w:rsidRDefault="008C2241" w:rsidP="00B50FED"/>
    <w:p w:rsidR="0017351A" w:rsidRPr="00B50FED" w:rsidRDefault="0017351A" w:rsidP="00B50FED"/>
    <w:p w:rsidR="00B60F2A" w:rsidRPr="00B50FED" w:rsidRDefault="00B60F2A" w:rsidP="00B50FED">
      <w:pPr>
        <w:rPr>
          <w:rStyle w:val="Strong"/>
        </w:rPr>
      </w:pPr>
      <w:r w:rsidRPr="00B50FED">
        <w:rPr>
          <w:rStyle w:val="Strong"/>
        </w:rPr>
        <w:t>Advisor Name:</w:t>
      </w:r>
      <w:r w:rsidRPr="00B50FED">
        <w:t xml:space="preserve"> ______________</w:t>
      </w:r>
      <w:r w:rsidR="00B50FED" w:rsidRPr="00B50FED">
        <w:t>_</w:t>
      </w:r>
      <w:r w:rsidRPr="00B50FED">
        <w:t>___________________________________________</w:t>
      </w:r>
      <w:r w:rsidRPr="00B50FED">
        <w:t> </w:t>
      </w:r>
      <w:r w:rsidRPr="00B50FED">
        <w:t> </w:t>
      </w:r>
    </w:p>
    <w:p w:rsidR="00B60F2A" w:rsidRPr="00B50FED" w:rsidRDefault="00B60F2A" w:rsidP="00B50FED">
      <w:r w:rsidRPr="00B50FED">
        <w:rPr>
          <w:rStyle w:val="Strong"/>
        </w:rPr>
        <w:t>Advisor Signature:</w:t>
      </w:r>
      <w:r w:rsidRPr="00B50FED">
        <w:t xml:space="preserve"> ________________________________</w:t>
      </w:r>
      <w:r w:rsidRPr="00B50FED">
        <w:t> </w:t>
      </w:r>
      <w:r w:rsidRPr="00B50FED">
        <w:t> </w:t>
      </w:r>
      <w:r w:rsidRPr="00B50FED">
        <w:rPr>
          <w:rStyle w:val="Strong"/>
        </w:rPr>
        <w:t>Date:</w:t>
      </w:r>
      <w:r w:rsidRPr="00B50FED">
        <w:t xml:space="preserve"> ____</w:t>
      </w:r>
      <w:r w:rsidR="00B50FED" w:rsidRPr="00B50FED">
        <w:t>_</w:t>
      </w:r>
      <w:r w:rsidRPr="00B50FED">
        <w:t>_________</w:t>
      </w:r>
    </w:p>
    <w:p w:rsidR="00BD7A6C" w:rsidRPr="00B50FED" w:rsidRDefault="00BD7A6C" w:rsidP="00B50FED">
      <w:pPr>
        <w:sectPr w:rsidR="00BD7A6C" w:rsidRPr="00B50FED" w:rsidSect="0017351A">
          <w:headerReference w:type="even" r:id="rId8"/>
          <w:headerReference w:type="default" r:id="rId9"/>
          <w:footerReference w:type="even" r:id="rId10"/>
          <w:footerReference w:type="default" r:id="rId11"/>
          <w:headerReference w:type="first" r:id="rId12"/>
          <w:footerReference w:type="first" r:id="rId13"/>
          <w:pgSz w:w="12240" w:h="15840"/>
          <w:pgMar w:top="1440" w:right="1800" w:bottom="720" w:left="1800" w:header="720" w:footer="720" w:gutter="0"/>
          <w:cols w:space="720"/>
          <w:docGrid w:linePitch="360"/>
        </w:sectPr>
      </w:pPr>
    </w:p>
    <w:p w:rsidR="009D0DF4" w:rsidRPr="00B50FED" w:rsidRDefault="00D74E71" w:rsidP="008C2241">
      <w:pPr>
        <w:pStyle w:val="Heading2"/>
        <w:jc w:val="center"/>
      </w:pPr>
      <w:r w:rsidRPr="00B50FED">
        <w:lastRenderedPageBreak/>
        <w:t>SkillsUSA Lettering Points Checklist</w:t>
      </w:r>
    </w:p>
    <w:p w:rsidR="009D0DF4" w:rsidRPr="00B50FED" w:rsidRDefault="00D74E71" w:rsidP="008C2241">
      <w:pPr>
        <w:pStyle w:val="Heading3"/>
        <w:spacing w:afterAutospacing="0"/>
      </w:pPr>
      <w:r w:rsidRPr="00B50FED">
        <w:t>Participation &amp; Competitions</w:t>
      </w:r>
    </w:p>
    <w:tbl>
      <w:tblPr>
        <w:tblStyle w:val="TableGrid"/>
        <w:tblW w:w="8658" w:type="dxa"/>
        <w:tblLook w:val="04A0" w:firstRow="1" w:lastRow="0" w:firstColumn="1" w:lastColumn="0" w:noHBand="0" w:noVBand="1"/>
      </w:tblPr>
      <w:tblGrid>
        <w:gridCol w:w="6228"/>
        <w:gridCol w:w="1080"/>
        <w:gridCol w:w="1350"/>
      </w:tblGrid>
      <w:tr w:rsidR="009D0DF4" w:rsidRPr="00B50FED" w:rsidTr="008C2241">
        <w:tc>
          <w:tcPr>
            <w:tcW w:w="6228" w:type="dxa"/>
            <w:vAlign w:val="center"/>
          </w:tcPr>
          <w:p w:rsidR="009D0DF4" w:rsidRPr="008C2241" w:rsidRDefault="00D74E71" w:rsidP="008C2241">
            <w:pPr>
              <w:jc w:val="center"/>
              <w:rPr>
                <w:b/>
              </w:rPr>
            </w:pPr>
            <w:r w:rsidRPr="008C2241">
              <w:rPr>
                <w:b/>
              </w:rPr>
              <w:t>Activity</w:t>
            </w:r>
          </w:p>
        </w:tc>
        <w:tc>
          <w:tcPr>
            <w:tcW w:w="1080" w:type="dxa"/>
            <w:vAlign w:val="center"/>
          </w:tcPr>
          <w:p w:rsidR="009D0DF4" w:rsidRPr="008C2241" w:rsidRDefault="00D74E71" w:rsidP="008C2241">
            <w:pPr>
              <w:jc w:val="center"/>
              <w:rPr>
                <w:b/>
              </w:rPr>
            </w:pPr>
            <w:r w:rsidRPr="008C2241">
              <w:rPr>
                <w:b/>
              </w:rPr>
              <w:t>Max Points</w:t>
            </w:r>
          </w:p>
        </w:tc>
        <w:tc>
          <w:tcPr>
            <w:tcW w:w="1350" w:type="dxa"/>
            <w:vAlign w:val="center"/>
          </w:tcPr>
          <w:p w:rsidR="009D0DF4" w:rsidRPr="008C2241" w:rsidRDefault="00D74E71" w:rsidP="008C2241">
            <w:pPr>
              <w:jc w:val="center"/>
              <w:rPr>
                <w:b/>
              </w:rPr>
            </w:pPr>
            <w:r w:rsidRPr="008C2241">
              <w:rPr>
                <w:b/>
              </w:rPr>
              <w:t>Points Earned</w:t>
            </w:r>
          </w:p>
        </w:tc>
      </w:tr>
      <w:tr w:rsidR="009D0DF4" w:rsidRPr="00B50FED" w:rsidTr="008C2241">
        <w:tc>
          <w:tcPr>
            <w:tcW w:w="6228" w:type="dxa"/>
          </w:tcPr>
          <w:p w:rsidR="009D0DF4" w:rsidRPr="00B50FED" w:rsidRDefault="00D74E71" w:rsidP="00B50FED">
            <w:r w:rsidRPr="00B50FED">
              <w:t>Attend a SkillsUSA chapter meeting (1 point per meeting)</w:t>
            </w:r>
          </w:p>
        </w:tc>
        <w:tc>
          <w:tcPr>
            <w:tcW w:w="1080" w:type="dxa"/>
          </w:tcPr>
          <w:p w:rsidR="009D0DF4" w:rsidRPr="00B50FED" w:rsidRDefault="00D74E71" w:rsidP="008C2241">
            <w:pPr>
              <w:jc w:val="center"/>
            </w:pPr>
            <w:r w:rsidRPr="00B50FED">
              <w:t>1</w:t>
            </w:r>
          </w:p>
        </w:tc>
        <w:tc>
          <w:tcPr>
            <w:tcW w:w="1350" w:type="dxa"/>
          </w:tcPr>
          <w:p w:rsidR="009D0DF4" w:rsidRPr="00B50FED" w:rsidRDefault="009D0DF4" w:rsidP="00B50FED"/>
        </w:tc>
      </w:tr>
      <w:tr w:rsidR="009D0DF4" w:rsidRPr="00B50FED" w:rsidTr="008C2241">
        <w:tc>
          <w:tcPr>
            <w:tcW w:w="6228" w:type="dxa"/>
          </w:tcPr>
          <w:p w:rsidR="009D0DF4" w:rsidRPr="00B50FED" w:rsidRDefault="00D74E71" w:rsidP="00B50FED">
            <w:r w:rsidRPr="00B50FED">
              <w:t>Compete in a SkillsUSA regional competition</w:t>
            </w:r>
          </w:p>
        </w:tc>
        <w:tc>
          <w:tcPr>
            <w:tcW w:w="1080" w:type="dxa"/>
          </w:tcPr>
          <w:p w:rsidR="009D0DF4" w:rsidRPr="00B50FED" w:rsidRDefault="00D74E71" w:rsidP="008C2241">
            <w:pPr>
              <w:jc w:val="center"/>
            </w:pPr>
            <w:r w:rsidRPr="00B50FED">
              <w:t>3</w:t>
            </w:r>
          </w:p>
        </w:tc>
        <w:tc>
          <w:tcPr>
            <w:tcW w:w="1350" w:type="dxa"/>
          </w:tcPr>
          <w:p w:rsidR="009D0DF4" w:rsidRPr="00B50FED" w:rsidRDefault="009D0DF4" w:rsidP="00B50FED"/>
        </w:tc>
      </w:tr>
      <w:tr w:rsidR="009D0DF4" w:rsidRPr="00B50FED" w:rsidTr="008C2241">
        <w:tc>
          <w:tcPr>
            <w:tcW w:w="6228" w:type="dxa"/>
          </w:tcPr>
          <w:p w:rsidR="009D0DF4" w:rsidRPr="00B50FED" w:rsidRDefault="00D74E71" w:rsidP="00B50FED">
            <w:r w:rsidRPr="00B50FED">
              <w:t>Place 1st or 2nd in a regional competition</w:t>
            </w:r>
          </w:p>
        </w:tc>
        <w:tc>
          <w:tcPr>
            <w:tcW w:w="1080" w:type="dxa"/>
          </w:tcPr>
          <w:p w:rsidR="009D0DF4" w:rsidRPr="00B50FED" w:rsidRDefault="00D74E71" w:rsidP="008C2241">
            <w:pPr>
              <w:jc w:val="center"/>
            </w:pPr>
            <w:r w:rsidRPr="00B50FED">
              <w:t>5</w:t>
            </w:r>
          </w:p>
        </w:tc>
        <w:tc>
          <w:tcPr>
            <w:tcW w:w="1350" w:type="dxa"/>
          </w:tcPr>
          <w:p w:rsidR="009D0DF4" w:rsidRPr="00B50FED" w:rsidRDefault="009D0DF4" w:rsidP="00B50FED"/>
        </w:tc>
      </w:tr>
      <w:tr w:rsidR="009D0DF4" w:rsidRPr="00B50FED" w:rsidTr="008C2241">
        <w:tc>
          <w:tcPr>
            <w:tcW w:w="6228" w:type="dxa"/>
          </w:tcPr>
          <w:p w:rsidR="009D0DF4" w:rsidRPr="00B50FED" w:rsidRDefault="00D74E71" w:rsidP="00B50FED">
            <w:r w:rsidRPr="00B50FED">
              <w:t>Attend a state or higher-level competition</w:t>
            </w:r>
          </w:p>
        </w:tc>
        <w:tc>
          <w:tcPr>
            <w:tcW w:w="1080" w:type="dxa"/>
          </w:tcPr>
          <w:p w:rsidR="009D0DF4" w:rsidRPr="00B50FED" w:rsidRDefault="00D74E71" w:rsidP="008C2241">
            <w:pPr>
              <w:jc w:val="center"/>
            </w:pPr>
            <w:r w:rsidRPr="00B50FED">
              <w:t>5</w:t>
            </w:r>
          </w:p>
        </w:tc>
        <w:tc>
          <w:tcPr>
            <w:tcW w:w="1350" w:type="dxa"/>
          </w:tcPr>
          <w:p w:rsidR="009D0DF4" w:rsidRPr="00B50FED" w:rsidRDefault="009D0DF4" w:rsidP="00B50FED"/>
        </w:tc>
      </w:tr>
      <w:tr w:rsidR="009D0DF4" w:rsidRPr="00B50FED" w:rsidTr="008C2241">
        <w:tc>
          <w:tcPr>
            <w:tcW w:w="6228" w:type="dxa"/>
          </w:tcPr>
          <w:p w:rsidR="009D0DF4" w:rsidRPr="00B50FED" w:rsidRDefault="00D74E71" w:rsidP="00B50FED">
            <w:r w:rsidRPr="00B50FED">
              <w:t>Additional +5 points for podium placement at state/nationals</w:t>
            </w:r>
          </w:p>
        </w:tc>
        <w:tc>
          <w:tcPr>
            <w:tcW w:w="1080" w:type="dxa"/>
          </w:tcPr>
          <w:p w:rsidR="009D0DF4" w:rsidRPr="00B50FED" w:rsidRDefault="00D74E71" w:rsidP="008C2241">
            <w:pPr>
              <w:jc w:val="center"/>
            </w:pPr>
            <w:r w:rsidRPr="00B50FED">
              <w:t>5</w:t>
            </w:r>
          </w:p>
        </w:tc>
        <w:tc>
          <w:tcPr>
            <w:tcW w:w="1350" w:type="dxa"/>
          </w:tcPr>
          <w:p w:rsidR="009D0DF4" w:rsidRPr="00B50FED" w:rsidRDefault="009D0DF4" w:rsidP="00B50FED"/>
        </w:tc>
      </w:tr>
    </w:tbl>
    <w:p w:rsidR="008C2241" w:rsidRPr="00B50FED" w:rsidRDefault="008C2241" w:rsidP="008C2241">
      <w:pPr>
        <w:spacing w:after="0" w:afterAutospacing="0"/>
        <w:ind w:left="3600" w:firstLine="720"/>
        <w:jc w:val="center"/>
      </w:pPr>
      <w:r w:rsidRPr="00B50FED">
        <w:t xml:space="preserve">Subtotal: </w:t>
      </w:r>
      <w:r w:rsidRPr="008C2241">
        <w:rPr>
          <w:sz w:val="28"/>
        </w:rPr>
        <w:t xml:space="preserve">________ </w:t>
      </w:r>
      <w:r w:rsidRPr="00B50FED">
        <w:t>points</w:t>
      </w:r>
    </w:p>
    <w:p w:rsidR="009D0DF4" w:rsidRPr="00B50FED" w:rsidRDefault="00D74E71" w:rsidP="008C2241">
      <w:pPr>
        <w:pStyle w:val="Heading3"/>
        <w:spacing w:afterAutospacing="0"/>
      </w:pPr>
      <w:r w:rsidRPr="00B50FED">
        <w:t>Leadership Roles</w:t>
      </w:r>
    </w:p>
    <w:tbl>
      <w:tblPr>
        <w:tblStyle w:val="TableGrid"/>
        <w:tblW w:w="0" w:type="auto"/>
        <w:tblLook w:val="04A0" w:firstRow="1" w:lastRow="0" w:firstColumn="1" w:lastColumn="0" w:noHBand="0" w:noVBand="1"/>
      </w:tblPr>
      <w:tblGrid>
        <w:gridCol w:w="6219"/>
        <w:gridCol w:w="1080"/>
        <w:gridCol w:w="1331"/>
      </w:tblGrid>
      <w:tr w:rsidR="00BD7A6C" w:rsidRPr="008C2241" w:rsidTr="008C2241">
        <w:tc>
          <w:tcPr>
            <w:tcW w:w="6228" w:type="dxa"/>
            <w:vAlign w:val="center"/>
          </w:tcPr>
          <w:p w:rsidR="00BD7A6C" w:rsidRPr="008C2241" w:rsidRDefault="00BD7A6C" w:rsidP="008C2241">
            <w:pPr>
              <w:jc w:val="center"/>
              <w:rPr>
                <w:b/>
              </w:rPr>
            </w:pPr>
            <w:r w:rsidRPr="008C2241">
              <w:rPr>
                <w:b/>
              </w:rPr>
              <w:t>Activity</w:t>
            </w:r>
          </w:p>
        </w:tc>
        <w:tc>
          <w:tcPr>
            <w:tcW w:w="1080" w:type="dxa"/>
            <w:vAlign w:val="center"/>
          </w:tcPr>
          <w:p w:rsidR="00BD7A6C" w:rsidRPr="008C2241" w:rsidRDefault="00BD7A6C" w:rsidP="008C2241">
            <w:pPr>
              <w:jc w:val="center"/>
              <w:rPr>
                <w:b/>
              </w:rPr>
            </w:pPr>
            <w:r w:rsidRPr="008C2241">
              <w:rPr>
                <w:b/>
              </w:rPr>
              <w:t>Max Points</w:t>
            </w:r>
          </w:p>
        </w:tc>
        <w:tc>
          <w:tcPr>
            <w:tcW w:w="1332" w:type="dxa"/>
            <w:vAlign w:val="center"/>
          </w:tcPr>
          <w:p w:rsidR="00BD7A6C" w:rsidRPr="008C2241" w:rsidRDefault="00BD7A6C" w:rsidP="008C2241">
            <w:pPr>
              <w:jc w:val="center"/>
              <w:rPr>
                <w:b/>
              </w:rPr>
            </w:pPr>
            <w:r w:rsidRPr="008C2241">
              <w:rPr>
                <w:b/>
              </w:rPr>
              <w:t>Points Earned</w:t>
            </w:r>
          </w:p>
        </w:tc>
      </w:tr>
      <w:tr w:rsidR="00B60F2A" w:rsidRPr="00B50FED" w:rsidTr="008C2241">
        <w:tc>
          <w:tcPr>
            <w:tcW w:w="6228" w:type="dxa"/>
          </w:tcPr>
          <w:p w:rsidR="00B60F2A" w:rsidRPr="00B50FED" w:rsidRDefault="00B60F2A" w:rsidP="00B50FED">
            <w:r w:rsidRPr="00B50FED">
              <w:t>Serve as a local SkillsUSA Section officer (one year)</w:t>
            </w:r>
          </w:p>
        </w:tc>
        <w:tc>
          <w:tcPr>
            <w:tcW w:w="1080" w:type="dxa"/>
          </w:tcPr>
          <w:p w:rsidR="00B60F2A" w:rsidRPr="00B50FED" w:rsidRDefault="00B60F2A" w:rsidP="008C2241">
            <w:pPr>
              <w:jc w:val="center"/>
            </w:pPr>
            <w:r w:rsidRPr="00B50FED">
              <w:t>2</w:t>
            </w:r>
          </w:p>
        </w:tc>
        <w:tc>
          <w:tcPr>
            <w:tcW w:w="1332" w:type="dxa"/>
          </w:tcPr>
          <w:p w:rsidR="00B60F2A" w:rsidRPr="00B50FED" w:rsidRDefault="00B60F2A" w:rsidP="00B50FED"/>
        </w:tc>
      </w:tr>
      <w:tr w:rsidR="00B60F2A" w:rsidRPr="00B50FED" w:rsidTr="008C2241">
        <w:tc>
          <w:tcPr>
            <w:tcW w:w="6228" w:type="dxa"/>
          </w:tcPr>
          <w:p w:rsidR="00B60F2A" w:rsidRPr="00B50FED" w:rsidRDefault="00B60F2A" w:rsidP="00B50FED">
            <w:r w:rsidRPr="00B50FED">
              <w:t>Serve as a local SkillsUSA chapter officer (one year)</w:t>
            </w:r>
          </w:p>
        </w:tc>
        <w:tc>
          <w:tcPr>
            <w:tcW w:w="1080" w:type="dxa"/>
          </w:tcPr>
          <w:p w:rsidR="00B60F2A" w:rsidRPr="00B50FED" w:rsidRDefault="00B60F2A" w:rsidP="008C2241">
            <w:pPr>
              <w:jc w:val="center"/>
            </w:pPr>
            <w:r w:rsidRPr="00B50FED">
              <w:t>5</w:t>
            </w:r>
          </w:p>
        </w:tc>
        <w:tc>
          <w:tcPr>
            <w:tcW w:w="1332" w:type="dxa"/>
          </w:tcPr>
          <w:p w:rsidR="00B60F2A" w:rsidRPr="00B50FED" w:rsidRDefault="00B60F2A" w:rsidP="00B50FED"/>
        </w:tc>
      </w:tr>
      <w:tr w:rsidR="00B60F2A" w:rsidRPr="00B50FED" w:rsidTr="008C2241">
        <w:tc>
          <w:tcPr>
            <w:tcW w:w="6228" w:type="dxa"/>
          </w:tcPr>
          <w:p w:rsidR="00B60F2A" w:rsidRPr="00B50FED" w:rsidRDefault="00B60F2A" w:rsidP="00B50FED">
            <w:r w:rsidRPr="00B50FED">
              <w:t>Serve as a state SkillsUSA officer (one year)</w:t>
            </w:r>
          </w:p>
        </w:tc>
        <w:tc>
          <w:tcPr>
            <w:tcW w:w="1080" w:type="dxa"/>
          </w:tcPr>
          <w:p w:rsidR="00B60F2A" w:rsidRPr="00B50FED" w:rsidRDefault="00B60F2A" w:rsidP="008C2241">
            <w:pPr>
              <w:jc w:val="center"/>
            </w:pPr>
            <w:r w:rsidRPr="00B50FED">
              <w:t>15</w:t>
            </w:r>
          </w:p>
        </w:tc>
        <w:tc>
          <w:tcPr>
            <w:tcW w:w="1332" w:type="dxa"/>
          </w:tcPr>
          <w:p w:rsidR="00B60F2A" w:rsidRPr="00B50FED" w:rsidRDefault="00B60F2A" w:rsidP="00B50FED"/>
        </w:tc>
      </w:tr>
    </w:tbl>
    <w:p w:rsidR="00BD7A6C" w:rsidRPr="00B50FED" w:rsidRDefault="00BD7A6C" w:rsidP="008C2241">
      <w:pPr>
        <w:spacing w:after="0" w:afterAutospacing="0"/>
        <w:ind w:left="3600" w:firstLine="720"/>
        <w:jc w:val="center"/>
      </w:pPr>
      <w:r w:rsidRPr="00B50FED">
        <w:t xml:space="preserve">Subtotal: </w:t>
      </w:r>
      <w:r w:rsidRPr="008C2241">
        <w:rPr>
          <w:sz w:val="28"/>
        </w:rPr>
        <w:t xml:space="preserve">________ </w:t>
      </w:r>
      <w:r w:rsidRPr="00B50FED">
        <w:t>points</w:t>
      </w:r>
    </w:p>
    <w:p w:rsidR="009D0DF4" w:rsidRPr="00B50FED" w:rsidRDefault="00D74E71" w:rsidP="008C2241">
      <w:pPr>
        <w:pStyle w:val="Heading3"/>
        <w:spacing w:afterAutospacing="0"/>
      </w:pPr>
      <w:r w:rsidRPr="00B50FED">
        <w:t>Service &amp; Fundraising</w:t>
      </w:r>
    </w:p>
    <w:tbl>
      <w:tblPr>
        <w:tblStyle w:val="TableGrid"/>
        <w:tblW w:w="0" w:type="auto"/>
        <w:tblLook w:val="04A0" w:firstRow="1" w:lastRow="0" w:firstColumn="1" w:lastColumn="0" w:noHBand="0" w:noVBand="1"/>
      </w:tblPr>
      <w:tblGrid>
        <w:gridCol w:w="6219"/>
        <w:gridCol w:w="1080"/>
        <w:gridCol w:w="1331"/>
      </w:tblGrid>
      <w:tr w:rsidR="00BD7A6C" w:rsidRPr="00B50FED" w:rsidTr="008C2241">
        <w:tc>
          <w:tcPr>
            <w:tcW w:w="6228" w:type="dxa"/>
            <w:vAlign w:val="center"/>
          </w:tcPr>
          <w:p w:rsidR="00BD7A6C" w:rsidRPr="008C2241" w:rsidRDefault="00BD7A6C" w:rsidP="008C2241">
            <w:pPr>
              <w:jc w:val="center"/>
              <w:rPr>
                <w:b/>
              </w:rPr>
            </w:pPr>
            <w:r w:rsidRPr="008C2241">
              <w:rPr>
                <w:b/>
              </w:rPr>
              <w:t>Activity</w:t>
            </w:r>
          </w:p>
        </w:tc>
        <w:tc>
          <w:tcPr>
            <w:tcW w:w="1080" w:type="dxa"/>
            <w:vAlign w:val="center"/>
          </w:tcPr>
          <w:p w:rsidR="00BD7A6C" w:rsidRPr="008C2241" w:rsidRDefault="00BD7A6C" w:rsidP="008C2241">
            <w:pPr>
              <w:jc w:val="center"/>
              <w:rPr>
                <w:b/>
              </w:rPr>
            </w:pPr>
            <w:r w:rsidRPr="008C2241">
              <w:rPr>
                <w:b/>
              </w:rPr>
              <w:t>Max Points</w:t>
            </w:r>
          </w:p>
        </w:tc>
        <w:tc>
          <w:tcPr>
            <w:tcW w:w="1332" w:type="dxa"/>
            <w:vAlign w:val="center"/>
          </w:tcPr>
          <w:p w:rsidR="00BD7A6C" w:rsidRPr="008C2241" w:rsidRDefault="00BD7A6C" w:rsidP="008C2241">
            <w:pPr>
              <w:jc w:val="center"/>
              <w:rPr>
                <w:b/>
              </w:rPr>
            </w:pPr>
            <w:r w:rsidRPr="008C2241">
              <w:rPr>
                <w:b/>
              </w:rPr>
              <w:t>Points Earned</w:t>
            </w:r>
          </w:p>
        </w:tc>
      </w:tr>
      <w:tr w:rsidR="009D0DF4" w:rsidRPr="00B50FED" w:rsidTr="008C2241">
        <w:tc>
          <w:tcPr>
            <w:tcW w:w="6228" w:type="dxa"/>
          </w:tcPr>
          <w:p w:rsidR="009D0DF4" w:rsidRPr="00B50FED" w:rsidRDefault="00D74E71" w:rsidP="00B50FED">
            <w:r w:rsidRPr="00B50FED">
              <w:t>Assist with two different SkillsUSA fundraisers</w:t>
            </w:r>
          </w:p>
        </w:tc>
        <w:tc>
          <w:tcPr>
            <w:tcW w:w="1080" w:type="dxa"/>
          </w:tcPr>
          <w:p w:rsidR="009D0DF4" w:rsidRPr="00B50FED" w:rsidRDefault="00D74E71" w:rsidP="008C2241">
            <w:pPr>
              <w:jc w:val="center"/>
            </w:pPr>
            <w:r w:rsidRPr="00B50FED">
              <w:t>5</w:t>
            </w:r>
          </w:p>
        </w:tc>
        <w:tc>
          <w:tcPr>
            <w:tcW w:w="1332" w:type="dxa"/>
          </w:tcPr>
          <w:p w:rsidR="009D0DF4" w:rsidRPr="00B50FED" w:rsidRDefault="009D0DF4" w:rsidP="00B50FED"/>
        </w:tc>
      </w:tr>
      <w:tr w:rsidR="009D0DF4" w:rsidRPr="00B50FED" w:rsidTr="008C2241">
        <w:tc>
          <w:tcPr>
            <w:tcW w:w="6228" w:type="dxa"/>
          </w:tcPr>
          <w:p w:rsidR="009D0DF4" w:rsidRPr="00B50FED" w:rsidRDefault="00D74E71" w:rsidP="00B50FED">
            <w:r w:rsidRPr="00B50FED">
              <w:t>Organize a SkillsUSA fundraiser</w:t>
            </w:r>
          </w:p>
        </w:tc>
        <w:tc>
          <w:tcPr>
            <w:tcW w:w="1080" w:type="dxa"/>
          </w:tcPr>
          <w:p w:rsidR="009D0DF4" w:rsidRPr="00B50FED" w:rsidRDefault="00D74E71" w:rsidP="008C2241">
            <w:pPr>
              <w:jc w:val="center"/>
            </w:pPr>
            <w:r w:rsidRPr="00B50FED">
              <w:t>5</w:t>
            </w:r>
          </w:p>
        </w:tc>
        <w:tc>
          <w:tcPr>
            <w:tcW w:w="1332" w:type="dxa"/>
          </w:tcPr>
          <w:p w:rsidR="009D0DF4" w:rsidRPr="00B50FED" w:rsidRDefault="009D0DF4" w:rsidP="00B50FED"/>
        </w:tc>
      </w:tr>
      <w:tr w:rsidR="009D0DF4" w:rsidRPr="00B50FED" w:rsidTr="008C2241">
        <w:tc>
          <w:tcPr>
            <w:tcW w:w="6228" w:type="dxa"/>
          </w:tcPr>
          <w:p w:rsidR="009D0DF4" w:rsidRPr="00B50FED" w:rsidRDefault="00D74E71" w:rsidP="00B50FED">
            <w:r w:rsidRPr="00B50FED">
              <w:t>Work at a club fair or event representing SkillsUSA</w:t>
            </w:r>
          </w:p>
        </w:tc>
        <w:tc>
          <w:tcPr>
            <w:tcW w:w="1080" w:type="dxa"/>
          </w:tcPr>
          <w:p w:rsidR="009D0DF4" w:rsidRPr="00B50FED" w:rsidRDefault="00D74E71" w:rsidP="008C2241">
            <w:pPr>
              <w:jc w:val="center"/>
            </w:pPr>
            <w:r w:rsidRPr="00B50FED">
              <w:t>3</w:t>
            </w:r>
          </w:p>
        </w:tc>
        <w:tc>
          <w:tcPr>
            <w:tcW w:w="1332" w:type="dxa"/>
          </w:tcPr>
          <w:p w:rsidR="009D0DF4" w:rsidRPr="00B50FED" w:rsidRDefault="009D0DF4" w:rsidP="00B50FED"/>
        </w:tc>
      </w:tr>
    </w:tbl>
    <w:p w:rsidR="008C2241" w:rsidRPr="00B50FED" w:rsidRDefault="008C2241" w:rsidP="008C2241">
      <w:pPr>
        <w:spacing w:after="0" w:afterAutospacing="0"/>
        <w:ind w:left="3600" w:firstLine="720"/>
        <w:jc w:val="center"/>
      </w:pPr>
      <w:r w:rsidRPr="00B50FED">
        <w:t xml:space="preserve">Subtotal: </w:t>
      </w:r>
      <w:r w:rsidRPr="008C2241">
        <w:rPr>
          <w:sz w:val="28"/>
        </w:rPr>
        <w:t xml:space="preserve">________ </w:t>
      </w:r>
      <w:r w:rsidRPr="00B50FED">
        <w:t>points</w:t>
      </w:r>
    </w:p>
    <w:p w:rsidR="009D0DF4" w:rsidRPr="00B50FED" w:rsidRDefault="00D74E71" w:rsidP="008C2241">
      <w:pPr>
        <w:pStyle w:val="Heading3"/>
        <w:spacing w:afterAutospacing="0"/>
      </w:pPr>
      <w:r w:rsidRPr="00B50FED">
        <w:t>Academic &amp; Program Contributions</w:t>
      </w:r>
    </w:p>
    <w:tbl>
      <w:tblPr>
        <w:tblStyle w:val="TableGrid"/>
        <w:tblW w:w="0" w:type="auto"/>
        <w:tblLook w:val="04A0" w:firstRow="1" w:lastRow="0" w:firstColumn="1" w:lastColumn="0" w:noHBand="0" w:noVBand="1"/>
      </w:tblPr>
      <w:tblGrid>
        <w:gridCol w:w="6219"/>
        <w:gridCol w:w="1080"/>
        <w:gridCol w:w="1331"/>
      </w:tblGrid>
      <w:tr w:rsidR="00BD7A6C" w:rsidRPr="00B50FED" w:rsidTr="008C2241">
        <w:tc>
          <w:tcPr>
            <w:tcW w:w="6228" w:type="dxa"/>
            <w:vAlign w:val="center"/>
          </w:tcPr>
          <w:p w:rsidR="00BD7A6C" w:rsidRPr="008C2241" w:rsidRDefault="00BD7A6C" w:rsidP="008C2241">
            <w:pPr>
              <w:jc w:val="center"/>
              <w:rPr>
                <w:b/>
              </w:rPr>
            </w:pPr>
            <w:r w:rsidRPr="008C2241">
              <w:rPr>
                <w:b/>
              </w:rPr>
              <w:t>Activity</w:t>
            </w:r>
          </w:p>
        </w:tc>
        <w:tc>
          <w:tcPr>
            <w:tcW w:w="1080" w:type="dxa"/>
            <w:vAlign w:val="center"/>
          </w:tcPr>
          <w:p w:rsidR="00BD7A6C" w:rsidRPr="008C2241" w:rsidRDefault="00BD7A6C" w:rsidP="008C2241">
            <w:pPr>
              <w:jc w:val="center"/>
              <w:rPr>
                <w:b/>
              </w:rPr>
            </w:pPr>
            <w:r w:rsidRPr="008C2241">
              <w:rPr>
                <w:b/>
              </w:rPr>
              <w:t>Max Points</w:t>
            </w:r>
          </w:p>
        </w:tc>
        <w:tc>
          <w:tcPr>
            <w:tcW w:w="1332" w:type="dxa"/>
            <w:vAlign w:val="center"/>
          </w:tcPr>
          <w:p w:rsidR="00BD7A6C" w:rsidRPr="008C2241" w:rsidRDefault="00BD7A6C" w:rsidP="008C2241">
            <w:pPr>
              <w:jc w:val="center"/>
              <w:rPr>
                <w:b/>
              </w:rPr>
            </w:pPr>
            <w:r w:rsidRPr="008C2241">
              <w:rPr>
                <w:b/>
              </w:rPr>
              <w:t>Points Earned</w:t>
            </w:r>
          </w:p>
        </w:tc>
      </w:tr>
      <w:tr w:rsidR="009D0DF4" w:rsidRPr="00B50FED" w:rsidTr="008C2241">
        <w:tc>
          <w:tcPr>
            <w:tcW w:w="6228" w:type="dxa"/>
          </w:tcPr>
          <w:p w:rsidR="009D0DF4" w:rsidRPr="00B50FED" w:rsidRDefault="00D74E71" w:rsidP="00B50FED">
            <w:r w:rsidRPr="00B50FED">
              <w:t>Maintain a 3.5 GPA or higher (per semester)</w:t>
            </w:r>
          </w:p>
        </w:tc>
        <w:tc>
          <w:tcPr>
            <w:tcW w:w="1080" w:type="dxa"/>
          </w:tcPr>
          <w:p w:rsidR="009D0DF4" w:rsidRPr="00B50FED" w:rsidRDefault="00D74E71" w:rsidP="00F738A5">
            <w:pPr>
              <w:jc w:val="center"/>
            </w:pPr>
            <w:r w:rsidRPr="00B50FED">
              <w:t>1</w:t>
            </w:r>
          </w:p>
        </w:tc>
        <w:tc>
          <w:tcPr>
            <w:tcW w:w="1332" w:type="dxa"/>
          </w:tcPr>
          <w:p w:rsidR="009D0DF4" w:rsidRPr="00B50FED" w:rsidRDefault="009D0DF4" w:rsidP="00B50FED"/>
        </w:tc>
      </w:tr>
      <w:tr w:rsidR="009D0DF4" w:rsidRPr="00B50FED" w:rsidTr="008C2241">
        <w:tc>
          <w:tcPr>
            <w:tcW w:w="6228" w:type="dxa"/>
          </w:tcPr>
          <w:p w:rsidR="009D0DF4" w:rsidRPr="00B50FED" w:rsidRDefault="00D74E71" w:rsidP="00B50FED">
            <w:r w:rsidRPr="00B50FED">
              <w:t>Organize a workplace-related field trip</w:t>
            </w:r>
          </w:p>
        </w:tc>
        <w:tc>
          <w:tcPr>
            <w:tcW w:w="1080" w:type="dxa"/>
          </w:tcPr>
          <w:p w:rsidR="009D0DF4" w:rsidRPr="00B50FED" w:rsidRDefault="00D74E71" w:rsidP="00F738A5">
            <w:pPr>
              <w:jc w:val="center"/>
            </w:pPr>
            <w:r w:rsidRPr="00B50FED">
              <w:t>5</w:t>
            </w:r>
          </w:p>
        </w:tc>
        <w:tc>
          <w:tcPr>
            <w:tcW w:w="1332" w:type="dxa"/>
          </w:tcPr>
          <w:p w:rsidR="009D0DF4" w:rsidRPr="00B50FED" w:rsidRDefault="009D0DF4" w:rsidP="00B50FED"/>
        </w:tc>
      </w:tr>
      <w:tr w:rsidR="009D0DF4" w:rsidRPr="00B50FED" w:rsidTr="008C2241">
        <w:tc>
          <w:tcPr>
            <w:tcW w:w="6228" w:type="dxa"/>
          </w:tcPr>
          <w:p w:rsidR="009D0DF4" w:rsidRPr="00B50FED" w:rsidRDefault="00D74E71" w:rsidP="00B50FED">
            <w:r w:rsidRPr="00B50FED">
              <w:t>Arrange for a workplace-related guest speaker</w:t>
            </w:r>
          </w:p>
        </w:tc>
        <w:tc>
          <w:tcPr>
            <w:tcW w:w="1080" w:type="dxa"/>
          </w:tcPr>
          <w:p w:rsidR="009D0DF4" w:rsidRPr="00B50FED" w:rsidRDefault="00D74E71" w:rsidP="00F738A5">
            <w:pPr>
              <w:jc w:val="center"/>
            </w:pPr>
            <w:r w:rsidRPr="00B50FED">
              <w:t>3</w:t>
            </w:r>
          </w:p>
        </w:tc>
        <w:tc>
          <w:tcPr>
            <w:tcW w:w="1332" w:type="dxa"/>
          </w:tcPr>
          <w:p w:rsidR="009D0DF4" w:rsidRPr="00B50FED" w:rsidRDefault="009D0DF4" w:rsidP="00B50FED"/>
        </w:tc>
      </w:tr>
      <w:tr w:rsidR="009D0DF4" w:rsidRPr="00B50FED" w:rsidTr="008C2241">
        <w:tc>
          <w:tcPr>
            <w:tcW w:w="6228" w:type="dxa"/>
          </w:tcPr>
          <w:p w:rsidR="009D0DF4" w:rsidRPr="00B50FED" w:rsidRDefault="00D74E71" w:rsidP="00B50FED">
            <w:r w:rsidRPr="00B50FED">
              <w:t>Recruit a new SkillsUSA member</w:t>
            </w:r>
          </w:p>
        </w:tc>
        <w:tc>
          <w:tcPr>
            <w:tcW w:w="1080" w:type="dxa"/>
          </w:tcPr>
          <w:p w:rsidR="009D0DF4" w:rsidRPr="00B50FED" w:rsidRDefault="00D74E71" w:rsidP="00F738A5">
            <w:pPr>
              <w:jc w:val="center"/>
            </w:pPr>
            <w:r w:rsidRPr="00B50FED">
              <w:t>2</w:t>
            </w:r>
          </w:p>
        </w:tc>
        <w:tc>
          <w:tcPr>
            <w:tcW w:w="1332" w:type="dxa"/>
          </w:tcPr>
          <w:p w:rsidR="009D0DF4" w:rsidRPr="00B50FED" w:rsidRDefault="009D0DF4" w:rsidP="00B50FED"/>
        </w:tc>
      </w:tr>
      <w:tr w:rsidR="009D0DF4" w:rsidRPr="00B50FED" w:rsidTr="008C2241">
        <w:tc>
          <w:tcPr>
            <w:tcW w:w="6228" w:type="dxa"/>
          </w:tcPr>
          <w:p w:rsidR="009D0DF4" w:rsidRPr="00B50FED" w:rsidRDefault="00D74E71" w:rsidP="00B50FED">
            <w:r w:rsidRPr="00B50FED">
              <w:t>Continuous membership in SkillsUSA (per year)</w:t>
            </w:r>
          </w:p>
        </w:tc>
        <w:tc>
          <w:tcPr>
            <w:tcW w:w="1080" w:type="dxa"/>
          </w:tcPr>
          <w:p w:rsidR="009D0DF4" w:rsidRPr="00B50FED" w:rsidRDefault="00D74E71" w:rsidP="00F738A5">
            <w:pPr>
              <w:jc w:val="center"/>
            </w:pPr>
            <w:r w:rsidRPr="00B50FED">
              <w:t>1</w:t>
            </w:r>
          </w:p>
        </w:tc>
        <w:tc>
          <w:tcPr>
            <w:tcW w:w="1332" w:type="dxa"/>
          </w:tcPr>
          <w:p w:rsidR="009D0DF4" w:rsidRPr="00B50FED" w:rsidRDefault="009D0DF4" w:rsidP="00B50FED"/>
        </w:tc>
      </w:tr>
    </w:tbl>
    <w:p w:rsidR="0017351A" w:rsidRDefault="008C2241" w:rsidP="0017351A">
      <w:pPr>
        <w:spacing w:before="0" w:beforeAutospacing="0" w:after="0" w:afterAutospacing="0"/>
        <w:ind w:left="3600" w:firstLine="720"/>
        <w:jc w:val="center"/>
      </w:pPr>
      <w:r w:rsidRPr="00B50FED">
        <w:t xml:space="preserve">Subtotal: </w:t>
      </w:r>
      <w:r w:rsidRPr="008C2241">
        <w:rPr>
          <w:sz w:val="28"/>
        </w:rPr>
        <w:t xml:space="preserve">________ </w:t>
      </w:r>
      <w:r w:rsidRPr="00B50FED">
        <w:t>points</w:t>
      </w:r>
    </w:p>
    <w:p w:rsidR="009D0DF4" w:rsidRPr="00B50FED" w:rsidRDefault="00D74E71" w:rsidP="0017351A">
      <w:pPr>
        <w:spacing w:before="0" w:beforeAutospacing="0" w:after="0" w:afterAutospacing="0"/>
        <w:ind w:left="-1800" w:firstLine="720"/>
        <w:jc w:val="center"/>
      </w:pPr>
      <w:r w:rsidRPr="00B50FED">
        <w:t xml:space="preserve">TOTAL POINTS REQUIRED: </w:t>
      </w:r>
      <w:proofErr w:type="gramStart"/>
      <w:r w:rsidRPr="00B50FED">
        <w:t xml:space="preserve">25  </w:t>
      </w:r>
      <w:r w:rsidR="00BD7A6C" w:rsidRPr="00B50FED">
        <w:tab/>
      </w:r>
      <w:proofErr w:type="gramEnd"/>
      <w:r w:rsidR="008C2241">
        <w:t xml:space="preserve"> </w:t>
      </w:r>
      <w:r w:rsidRPr="00B50FED">
        <w:t xml:space="preserve">TOTAL POINTS EARNED: </w:t>
      </w:r>
      <w:r w:rsidR="008C2241" w:rsidRPr="008C2241">
        <w:rPr>
          <w:sz w:val="28"/>
        </w:rPr>
        <w:t>________</w:t>
      </w:r>
    </w:p>
    <w:p w:rsidR="009D0DF4" w:rsidRPr="00B50FED" w:rsidRDefault="00D74E71" w:rsidP="00B50FED">
      <w:pPr>
        <w:pStyle w:val="Heading2"/>
      </w:pPr>
      <w:r w:rsidRPr="00B50FED">
        <w:lastRenderedPageBreak/>
        <w:t>SkillsUSA Advisor Approval</w:t>
      </w:r>
    </w:p>
    <w:p w:rsidR="00BD7A6C" w:rsidRPr="00B50FED" w:rsidRDefault="00BD7A6C" w:rsidP="00B50FED">
      <w:r w:rsidRPr="00B50FED">
        <w:t>I certify that I have reviewed this application and verified that all information provided is accurate and complete to the best of my knowledge. The activities and points listed reflect the student’s verified participation, leadership, service, and achievement within SkillsUSA. I confirm that this student meets the established eligibility criteria for consideration of a SkillsUSA Letter.</w:t>
      </w:r>
    </w:p>
    <w:p w:rsidR="00BD7A6C" w:rsidRPr="00B50FED" w:rsidRDefault="00BD7A6C" w:rsidP="00B50FED">
      <w:pPr>
        <w:rPr>
          <w:rStyle w:val="Strong"/>
        </w:rPr>
      </w:pPr>
      <w:r w:rsidRPr="00B50FED">
        <w:rPr>
          <w:rStyle w:val="Strong"/>
        </w:rPr>
        <w:t>Advisor Name:</w:t>
      </w:r>
      <w:r w:rsidRPr="00B50FED">
        <w:t xml:space="preserve"> </w:t>
      </w:r>
      <w:r w:rsidR="00B50FED" w:rsidRPr="00B50FED">
        <w:t>___________________________________________________________</w:t>
      </w:r>
      <w:r w:rsidR="00B50FED" w:rsidRPr="00B50FED">
        <w:t> </w:t>
      </w:r>
      <w:r w:rsidR="00B50FED" w:rsidRPr="00B50FED">
        <w:t> </w:t>
      </w:r>
    </w:p>
    <w:p w:rsidR="00BD7A6C" w:rsidRPr="00B50FED" w:rsidRDefault="00BD7A6C" w:rsidP="00B50FED">
      <w:r w:rsidRPr="00B50FED">
        <w:rPr>
          <w:rStyle w:val="Strong"/>
        </w:rPr>
        <w:t>Advisor Signature:</w:t>
      </w:r>
      <w:r w:rsidRPr="00B50FED">
        <w:t xml:space="preserve"> _______________</w:t>
      </w:r>
      <w:r w:rsidR="00B60F2A" w:rsidRPr="00B50FED">
        <w:t>_________</w:t>
      </w:r>
      <w:r w:rsidRPr="00B50FED">
        <w:t>__________</w:t>
      </w:r>
      <w:r w:rsidRPr="00B50FED">
        <w:t> </w:t>
      </w:r>
      <w:r w:rsidRPr="00B50FED">
        <w:t> </w:t>
      </w:r>
      <w:r w:rsidRPr="00B50FED">
        <w:rPr>
          <w:rStyle w:val="Strong"/>
        </w:rPr>
        <w:t>Date:</w:t>
      </w:r>
      <w:r w:rsidRPr="00B50FED">
        <w:t xml:space="preserve"> ___</w:t>
      </w:r>
      <w:r w:rsidR="008C2241">
        <w:t>_</w:t>
      </w:r>
      <w:r w:rsidRPr="00B50FED">
        <w:t>_________</w:t>
      </w:r>
    </w:p>
    <w:p w:rsidR="009D0DF4" w:rsidRDefault="009D0DF4" w:rsidP="00B50FED"/>
    <w:p w:rsidR="009D0DF4" w:rsidRPr="00B50FED" w:rsidRDefault="00D74E71" w:rsidP="00B50FED">
      <w:pPr>
        <w:pStyle w:val="Heading2"/>
      </w:pPr>
      <w:r w:rsidRPr="00B50FED">
        <w:t>Administrative Verification and Approval</w:t>
      </w:r>
    </w:p>
    <w:p w:rsidR="00B50FED" w:rsidRPr="00B50FED" w:rsidRDefault="00B50FED" w:rsidP="00B50FED">
      <w:r w:rsidRPr="00B50FED">
        <w:t xml:space="preserve">I certify that I have reviewed this application and verified that the student has met all established criteria for the SkillsUSA Letter </w:t>
      </w:r>
      <w:bookmarkStart w:id="0" w:name="_GoBack"/>
      <w:bookmarkEnd w:id="0"/>
      <w:r w:rsidRPr="00B50FED">
        <w:t>Award. This includes confirmation of membership status, cumulative GPA, CTE GPA, and total verified points earned through approved SkillsUSA activities. Based on this verification, the student is hereby approved for recognition in accordance with Pierce County Skills Center and SkillsUSA Washington standards.</w:t>
      </w:r>
    </w:p>
    <w:p w:rsidR="00B60F2A" w:rsidRPr="00B50FED" w:rsidRDefault="00B60F2A" w:rsidP="00B50FED">
      <w:r w:rsidRPr="00BE2A02">
        <w:rPr>
          <w:b/>
        </w:rPr>
        <w:t>Cumulative GPA of 2.5 or higher:</w:t>
      </w:r>
      <w:r w:rsidRPr="00B50FED">
        <w:t xml:space="preserve"> </w:t>
      </w:r>
      <w:r w:rsidRPr="00B50FED">
        <w:tab/>
      </w:r>
      <w:r w:rsidRPr="00BE2A02">
        <w:rPr>
          <w:b/>
        </w:rPr>
        <w:t>GPA</w:t>
      </w:r>
      <w:r w:rsidRPr="00B50FED">
        <w:t>: _____________</w:t>
      </w:r>
      <w:r w:rsidRPr="00B50FED">
        <w:tab/>
      </w:r>
      <w:r w:rsidRPr="00B50FED">
        <w:tab/>
      </w:r>
      <w:r w:rsidR="004D6B2C">
        <w:t xml:space="preserve">        </w:t>
      </w:r>
      <w:r w:rsidR="004D6B2C" w:rsidRPr="00B50FED">
        <w:t xml:space="preserve">  </w:t>
      </w:r>
      <w:sdt>
        <w:sdtPr>
          <w:rPr>
            <w:sz w:val="28"/>
          </w:rPr>
          <w:id w:val="-470364362"/>
          <w14:checkbox>
            <w14:checked w14:val="0"/>
            <w14:checkedState w14:val="2612" w14:font="MS Gothic"/>
            <w14:uncheckedState w14:val="2610" w14:font="MS Gothic"/>
          </w14:checkbox>
        </w:sdtPr>
        <w:sdtEndPr/>
        <w:sdtContent>
          <w:r w:rsidR="004D6B2C" w:rsidRPr="004D6B2C">
            <w:rPr>
              <w:rFonts w:ascii="MS Gothic" w:eastAsia="MS Gothic" w:hAnsi="MS Gothic" w:hint="eastAsia"/>
              <w:sz w:val="28"/>
            </w:rPr>
            <w:t>☐</w:t>
          </w:r>
        </w:sdtContent>
      </w:sdt>
      <w:r w:rsidR="004D6B2C" w:rsidRPr="00B50FED">
        <w:t xml:space="preserve"> Yes </w:t>
      </w:r>
      <w:r w:rsidR="004D6B2C">
        <w:t xml:space="preserve">  </w:t>
      </w:r>
      <w:r w:rsidR="004D6B2C" w:rsidRPr="00B50FED">
        <w:t xml:space="preserve">   </w:t>
      </w:r>
      <w:sdt>
        <w:sdtPr>
          <w:rPr>
            <w:sz w:val="28"/>
          </w:rPr>
          <w:id w:val="-1169397776"/>
          <w14:checkbox>
            <w14:checked w14:val="0"/>
            <w14:checkedState w14:val="2612" w14:font="MS Gothic"/>
            <w14:uncheckedState w14:val="2610" w14:font="MS Gothic"/>
          </w14:checkbox>
        </w:sdtPr>
        <w:sdtEndPr/>
        <w:sdtContent>
          <w:r w:rsidR="004D6B2C" w:rsidRPr="004D6B2C">
            <w:rPr>
              <w:rFonts w:ascii="MS Gothic" w:eastAsia="MS Gothic" w:hAnsi="MS Gothic" w:hint="eastAsia"/>
              <w:sz w:val="28"/>
            </w:rPr>
            <w:t>☐</w:t>
          </w:r>
        </w:sdtContent>
      </w:sdt>
      <w:r w:rsidR="004D6B2C" w:rsidRPr="00B50FED">
        <w:t xml:space="preserve"> No</w:t>
      </w:r>
      <w:r w:rsidR="004D6B2C" w:rsidRPr="00B50FED">
        <w:tab/>
      </w:r>
    </w:p>
    <w:p w:rsidR="00B60F2A" w:rsidRPr="00B50FED" w:rsidRDefault="00B60F2A" w:rsidP="00B50FED">
      <w:r w:rsidRPr="00BE2A02">
        <w:rPr>
          <w:b/>
        </w:rPr>
        <w:t>CTE GPA of 3.0 or higher:</w:t>
      </w:r>
      <w:r w:rsidRPr="00B50FED">
        <w:t xml:space="preserve"> </w:t>
      </w:r>
      <w:r w:rsidRPr="00B50FED">
        <w:tab/>
      </w:r>
      <w:r w:rsidRPr="00B50FED">
        <w:tab/>
      </w:r>
      <w:r w:rsidRPr="00BE2A02">
        <w:rPr>
          <w:b/>
        </w:rPr>
        <w:t>GPA</w:t>
      </w:r>
      <w:r w:rsidRPr="00B50FED">
        <w:t>: _____________</w:t>
      </w:r>
      <w:r w:rsidRPr="00B50FED">
        <w:tab/>
      </w:r>
      <w:r w:rsidRPr="00B50FED">
        <w:tab/>
      </w:r>
      <w:r w:rsidR="004D6B2C">
        <w:t xml:space="preserve">        </w:t>
      </w:r>
      <w:r w:rsidR="004D6B2C" w:rsidRPr="00B50FED">
        <w:t xml:space="preserve">  </w:t>
      </w:r>
      <w:sdt>
        <w:sdtPr>
          <w:rPr>
            <w:sz w:val="28"/>
          </w:rPr>
          <w:id w:val="679090576"/>
          <w14:checkbox>
            <w14:checked w14:val="0"/>
            <w14:checkedState w14:val="2612" w14:font="MS Gothic"/>
            <w14:uncheckedState w14:val="2610" w14:font="MS Gothic"/>
          </w14:checkbox>
        </w:sdtPr>
        <w:sdtEndPr/>
        <w:sdtContent>
          <w:r w:rsidR="004D6B2C" w:rsidRPr="004D6B2C">
            <w:rPr>
              <w:rFonts w:ascii="MS Gothic" w:eastAsia="MS Gothic" w:hAnsi="MS Gothic" w:hint="eastAsia"/>
              <w:sz w:val="28"/>
            </w:rPr>
            <w:t>☐</w:t>
          </w:r>
        </w:sdtContent>
      </w:sdt>
      <w:r w:rsidR="004D6B2C" w:rsidRPr="00B50FED">
        <w:t xml:space="preserve"> Yes </w:t>
      </w:r>
      <w:r w:rsidR="004D6B2C">
        <w:t xml:space="preserve">  </w:t>
      </w:r>
      <w:r w:rsidR="004D6B2C" w:rsidRPr="00B50FED">
        <w:t xml:space="preserve">   </w:t>
      </w:r>
      <w:sdt>
        <w:sdtPr>
          <w:rPr>
            <w:sz w:val="28"/>
          </w:rPr>
          <w:id w:val="-84155654"/>
          <w14:checkbox>
            <w14:checked w14:val="0"/>
            <w14:checkedState w14:val="2612" w14:font="MS Gothic"/>
            <w14:uncheckedState w14:val="2610" w14:font="MS Gothic"/>
          </w14:checkbox>
        </w:sdtPr>
        <w:sdtEndPr/>
        <w:sdtContent>
          <w:r w:rsidR="004D6B2C" w:rsidRPr="004D6B2C">
            <w:rPr>
              <w:rFonts w:ascii="MS Gothic" w:eastAsia="MS Gothic" w:hAnsi="MS Gothic" w:hint="eastAsia"/>
              <w:sz w:val="28"/>
            </w:rPr>
            <w:t>☐</w:t>
          </w:r>
        </w:sdtContent>
      </w:sdt>
      <w:r w:rsidR="004D6B2C" w:rsidRPr="00B50FED">
        <w:t xml:space="preserve"> No</w:t>
      </w:r>
    </w:p>
    <w:p w:rsidR="00B50FED" w:rsidRPr="00B50FED" w:rsidRDefault="00B50FED" w:rsidP="00B50FED">
      <w:pPr>
        <w:rPr>
          <w:rStyle w:val="Strong"/>
        </w:rPr>
      </w:pPr>
      <w:r w:rsidRPr="00BE2A02">
        <w:rPr>
          <w:b/>
        </w:rPr>
        <w:t>Minimum of 25 verified points:</w:t>
      </w:r>
      <w:r w:rsidRPr="00B50FED">
        <w:t xml:space="preserve"> </w:t>
      </w:r>
      <w:r w:rsidRPr="00B50FED">
        <w:tab/>
      </w:r>
      <w:r w:rsidRPr="00B50FED">
        <w:tab/>
      </w:r>
      <w:r w:rsidRPr="00B50FED">
        <w:tab/>
      </w:r>
      <w:r w:rsidRPr="00B50FED">
        <w:tab/>
      </w:r>
      <w:r w:rsidRPr="00B50FED">
        <w:tab/>
      </w:r>
      <w:r w:rsidR="004D6B2C">
        <w:t xml:space="preserve">        </w:t>
      </w:r>
      <w:r w:rsidR="004D6B2C" w:rsidRPr="00B50FED">
        <w:t xml:space="preserve">  </w:t>
      </w:r>
      <w:sdt>
        <w:sdtPr>
          <w:rPr>
            <w:sz w:val="28"/>
          </w:rPr>
          <w:id w:val="-88085853"/>
          <w14:checkbox>
            <w14:checked w14:val="0"/>
            <w14:checkedState w14:val="2612" w14:font="MS Gothic"/>
            <w14:uncheckedState w14:val="2610" w14:font="MS Gothic"/>
          </w14:checkbox>
        </w:sdtPr>
        <w:sdtEndPr/>
        <w:sdtContent>
          <w:r w:rsidR="004D6B2C" w:rsidRPr="004D6B2C">
            <w:rPr>
              <w:rFonts w:ascii="MS Gothic" w:eastAsia="MS Gothic" w:hAnsi="MS Gothic" w:hint="eastAsia"/>
              <w:sz w:val="28"/>
            </w:rPr>
            <w:t>☐</w:t>
          </w:r>
        </w:sdtContent>
      </w:sdt>
      <w:r w:rsidR="004D6B2C" w:rsidRPr="00B50FED">
        <w:t xml:space="preserve"> Yes </w:t>
      </w:r>
      <w:r w:rsidR="004D6B2C">
        <w:t xml:space="preserve">  </w:t>
      </w:r>
      <w:r w:rsidR="004D6B2C" w:rsidRPr="00B50FED">
        <w:t xml:space="preserve">   </w:t>
      </w:r>
      <w:sdt>
        <w:sdtPr>
          <w:rPr>
            <w:sz w:val="28"/>
          </w:rPr>
          <w:id w:val="-925953020"/>
          <w14:checkbox>
            <w14:checked w14:val="0"/>
            <w14:checkedState w14:val="2612" w14:font="MS Gothic"/>
            <w14:uncheckedState w14:val="2610" w14:font="MS Gothic"/>
          </w14:checkbox>
        </w:sdtPr>
        <w:sdtEndPr/>
        <w:sdtContent>
          <w:r w:rsidR="00BE2A02">
            <w:rPr>
              <w:rFonts w:ascii="MS Gothic" w:eastAsia="MS Gothic" w:hAnsi="MS Gothic" w:hint="eastAsia"/>
              <w:sz w:val="28"/>
            </w:rPr>
            <w:t>☐</w:t>
          </w:r>
        </w:sdtContent>
      </w:sdt>
      <w:r w:rsidR="004D6B2C" w:rsidRPr="00B50FED">
        <w:t xml:space="preserve"> No</w:t>
      </w:r>
    </w:p>
    <w:p w:rsidR="0017351A" w:rsidRPr="00B50FED" w:rsidRDefault="0017351A" w:rsidP="0017351A">
      <w:pPr>
        <w:rPr>
          <w:rStyle w:val="Strong"/>
        </w:rPr>
      </w:pPr>
      <w:r>
        <w:rPr>
          <w:b/>
        </w:rPr>
        <w:t>SkillsUSA Letter has been earned</w:t>
      </w:r>
      <w:r w:rsidRPr="00BE2A02">
        <w:rPr>
          <w:b/>
        </w:rPr>
        <w:t>:</w:t>
      </w:r>
      <w:r w:rsidRPr="00B50FED">
        <w:t xml:space="preserve"> </w:t>
      </w:r>
      <w:r w:rsidRPr="00B50FED">
        <w:tab/>
      </w:r>
      <w:r w:rsidRPr="00B50FED">
        <w:tab/>
      </w:r>
      <w:r w:rsidRPr="00B50FED">
        <w:tab/>
      </w:r>
      <w:r w:rsidRPr="00B50FED">
        <w:tab/>
      </w:r>
      <w:r w:rsidRPr="00B50FED">
        <w:tab/>
      </w:r>
      <w:r>
        <w:t xml:space="preserve">        </w:t>
      </w:r>
      <w:r w:rsidRPr="00B50FED">
        <w:t xml:space="preserve">  </w:t>
      </w:r>
      <w:sdt>
        <w:sdtPr>
          <w:rPr>
            <w:sz w:val="28"/>
          </w:rPr>
          <w:id w:val="593979923"/>
          <w14:checkbox>
            <w14:checked w14:val="0"/>
            <w14:checkedState w14:val="2612" w14:font="MS Gothic"/>
            <w14:uncheckedState w14:val="2610" w14:font="MS Gothic"/>
          </w14:checkbox>
        </w:sdtPr>
        <w:sdtContent>
          <w:r w:rsidRPr="004D6B2C">
            <w:rPr>
              <w:rFonts w:ascii="MS Gothic" w:eastAsia="MS Gothic" w:hAnsi="MS Gothic" w:hint="eastAsia"/>
              <w:sz w:val="28"/>
            </w:rPr>
            <w:t>☐</w:t>
          </w:r>
        </w:sdtContent>
      </w:sdt>
      <w:r w:rsidRPr="00B50FED">
        <w:t xml:space="preserve"> Yes </w:t>
      </w:r>
      <w:r>
        <w:t xml:space="preserve">  </w:t>
      </w:r>
      <w:r w:rsidRPr="00B50FED">
        <w:t xml:space="preserve">   </w:t>
      </w:r>
      <w:sdt>
        <w:sdtPr>
          <w:rPr>
            <w:sz w:val="28"/>
          </w:rPr>
          <w:id w:val="-1526550006"/>
          <w14:checkbox>
            <w14:checked w14:val="0"/>
            <w14:checkedState w14:val="2612" w14:font="MS Gothic"/>
            <w14:uncheckedState w14:val="2610" w14:font="MS Gothic"/>
          </w14:checkbox>
        </w:sdtPr>
        <w:sdtContent>
          <w:r>
            <w:rPr>
              <w:rFonts w:ascii="MS Gothic" w:eastAsia="MS Gothic" w:hAnsi="MS Gothic" w:hint="eastAsia"/>
              <w:sz w:val="28"/>
            </w:rPr>
            <w:t>☐</w:t>
          </w:r>
        </w:sdtContent>
      </w:sdt>
      <w:r w:rsidRPr="00B50FED">
        <w:t xml:space="preserve"> No</w:t>
      </w:r>
    </w:p>
    <w:p w:rsidR="0017351A" w:rsidRDefault="0017351A" w:rsidP="00B50FED">
      <w:pPr>
        <w:rPr>
          <w:rStyle w:val="Strong"/>
        </w:rPr>
      </w:pPr>
    </w:p>
    <w:p w:rsidR="009D0DF4" w:rsidRPr="00B50FED" w:rsidRDefault="00B50FED" w:rsidP="00B50FED">
      <w:pPr>
        <w:rPr>
          <w:b/>
        </w:rPr>
      </w:pPr>
      <w:r w:rsidRPr="00B50FED">
        <w:rPr>
          <w:rStyle w:val="Strong"/>
        </w:rPr>
        <w:t>Administrator Signature:</w:t>
      </w:r>
      <w:r w:rsidRPr="00B50FED">
        <w:t xml:space="preserve"> _____________________________</w:t>
      </w:r>
      <w:r w:rsidRPr="00B50FED">
        <w:t> </w:t>
      </w:r>
      <w:r w:rsidRPr="00B50FED">
        <w:t> </w:t>
      </w:r>
      <w:r w:rsidRPr="00B50FED">
        <w:rPr>
          <w:rStyle w:val="Strong"/>
        </w:rPr>
        <w:t>Date:</w:t>
      </w:r>
      <w:r w:rsidRPr="00B50FED">
        <w:t xml:space="preserve"> </w:t>
      </w:r>
      <w:r w:rsidR="008C2241" w:rsidRPr="00B50FED">
        <w:t>___</w:t>
      </w:r>
      <w:r w:rsidR="008C2241">
        <w:t>_</w:t>
      </w:r>
      <w:r w:rsidR="008C2241" w:rsidRPr="00B50FED">
        <w:t>_________</w:t>
      </w:r>
    </w:p>
    <w:sectPr w:rsidR="009D0DF4" w:rsidRPr="00B50FED" w:rsidSect="0017351A">
      <w:pgSz w:w="12240" w:h="15840"/>
      <w:pgMar w:top="1440" w:right="1800" w:bottom="63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53A" w:rsidRDefault="00D9453A" w:rsidP="00B50FED">
      <w:r>
        <w:separator/>
      </w:r>
    </w:p>
  </w:endnote>
  <w:endnote w:type="continuationSeparator" w:id="0">
    <w:p w:rsidR="00D9453A" w:rsidRDefault="00D9453A" w:rsidP="00B5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435" w:rsidRDefault="003F0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435" w:rsidRDefault="003F04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435" w:rsidRDefault="003F0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53A" w:rsidRDefault="00D9453A" w:rsidP="00B50FED">
      <w:r>
        <w:separator/>
      </w:r>
    </w:p>
  </w:footnote>
  <w:footnote w:type="continuationSeparator" w:id="0">
    <w:p w:rsidR="00D9453A" w:rsidRDefault="00D9453A" w:rsidP="00B50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435" w:rsidRDefault="003F0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A6C" w:rsidRPr="00B50FED" w:rsidRDefault="00B50FED" w:rsidP="00B50FED">
    <w:pPr>
      <w:pStyle w:val="Heading1"/>
    </w:pPr>
    <w:r>
      <w:rPr>
        <w:noProof/>
      </w:rPr>
      <w:drawing>
        <wp:anchor distT="0" distB="0" distL="114300" distR="114300" simplePos="0" relativeHeight="251657216" behindDoc="1" locked="0" layoutInCell="1" allowOverlap="1">
          <wp:simplePos x="0" y="0"/>
          <wp:positionH relativeFrom="column">
            <wp:posOffset>4917012</wp:posOffset>
          </wp:positionH>
          <wp:positionV relativeFrom="paragraph">
            <wp:posOffset>-445516</wp:posOffset>
          </wp:positionV>
          <wp:extent cx="1328922" cy="106313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8922" cy="1063138"/>
                  </a:xfrm>
                  <a:prstGeom prst="rect">
                    <a:avLst/>
                  </a:prstGeom>
                  <a:noFill/>
                  <a:ln>
                    <a:noFill/>
                  </a:ln>
                </pic:spPr>
              </pic:pic>
            </a:graphicData>
          </a:graphic>
          <wp14:sizeRelH relativeFrom="page">
            <wp14:pctWidth>0</wp14:pctWidth>
          </wp14:sizeRelH>
          <wp14:sizeRelV relativeFrom="page">
            <wp14:pctHeight>0</wp14:pctHeight>
          </wp14:sizeRelV>
        </wp:anchor>
      </w:drawing>
    </w:r>
    <w:r w:rsidR="00BD7A6C" w:rsidRPr="00B50FED">
      <w:t>Pierce County Skills Center</w:t>
    </w:r>
    <w:r w:rsidR="00BD7A6C" w:rsidRPr="00B50FED">
      <w:br/>
      <w:t>SkillsUSA Letter Award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435" w:rsidRDefault="003F0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351A"/>
    <w:rsid w:val="0029639D"/>
    <w:rsid w:val="00326F90"/>
    <w:rsid w:val="003F0435"/>
    <w:rsid w:val="004D6B2C"/>
    <w:rsid w:val="008C2241"/>
    <w:rsid w:val="009D0DF4"/>
    <w:rsid w:val="00AA1D8D"/>
    <w:rsid w:val="00B47730"/>
    <w:rsid w:val="00B50FED"/>
    <w:rsid w:val="00B60F2A"/>
    <w:rsid w:val="00BD7A6C"/>
    <w:rsid w:val="00BE2A02"/>
    <w:rsid w:val="00CB0664"/>
    <w:rsid w:val="00D74E71"/>
    <w:rsid w:val="00D9453A"/>
    <w:rsid w:val="00F738A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083F6A"/>
  <w14:defaultImageDpi w14:val="330"/>
  <w15:docId w15:val="{6CD8306C-3A67-4B57-BE02-12CD50DF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FED"/>
    <w:pPr>
      <w:spacing w:before="100" w:beforeAutospacing="1" w:after="100" w:afterAutospacing="1" w:line="240" w:lineRule="auto"/>
    </w:pPr>
    <w:rPr>
      <w:rFonts w:asciiTheme="majorHAnsi" w:eastAsia="Times New Roman" w:hAnsiTheme="majorHAnsi" w:cstheme="majorHAnsi"/>
      <w:sz w:val="24"/>
      <w:szCs w:val="24"/>
    </w:rPr>
  </w:style>
  <w:style w:type="paragraph" w:styleId="Heading1">
    <w:name w:val="heading 1"/>
    <w:basedOn w:val="Normal"/>
    <w:next w:val="Normal"/>
    <w:link w:val="Heading1Char"/>
    <w:uiPriority w:val="9"/>
    <w:qFormat/>
    <w:rsid w:val="00FC693F"/>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BD7A6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7550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EDCD4-2B9C-4A3E-BC3A-3D35E3DCC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PCSC - SCROGGINS, ADAM</cp:lastModifiedBy>
  <cp:revision>3</cp:revision>
  <dcterms:created xsi:type="dcterms:W3CDTF">2025-11-06T00:43:00Z</dcterms:created>
  <dcterms:modified xsi:type="dcterms:W3CDTF">2025-11-07T22:24:00Z</dcterms:modified>
  <cp:category/>
</cp:coreProperties>
</file>